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매물관리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매물 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관리번호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등록일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매물 구분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매매 / 전세 / 월세 / 기타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담당자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매물 현황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46"/>
        <w:gridCol w:w="1546"/>
        <w:gridCol w:w="1546"/>
        <w:gridCol w:w="1546"/>
        <w:gridCol w:w="1546"/>
        <w:gridCol w:w="1546"/>
        <w:gridCol w:w="1546"/>
      </w:tblGrid>
      <w:tr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소재지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유형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전용·공급면적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거래 유형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희망 가격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입주 가능일</w:t>
            </w:r>
          </w:p>
        </w:tc>
        <w:tc>
          <w:tcPr>
            <w:tcW w:type="dxa" w:w="1546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공개 상태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공개/보류/완료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공개/보류/완료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공개/보류/완료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공개/보류/완료</w:t>
            </w:r>
          </w:p>
        </w:tc>
      </w:tr>
      <w:tr>
        <w:trPr>
          <w:trHeight w:val="567"/>
        </w:trPr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546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공개/보류/완료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확인·안내 기록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확인일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확인 항목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현황·특이사항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연락 방법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후속 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광고 문구·계약 조건·개인정보 처리 유의사항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검토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확인일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