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학습계획표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계획 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계획 기간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20  년  월  일 ~ 20  년  월  일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학습자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최종 목표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주간 가용 시간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과목별 목표·분량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과목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현재 수준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목표 수준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목표 분량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우선순위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완료 기준</w:t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주간 학습 시간표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46"/>
        <w:gridCol w:w="1546"/>
        <w:gridCol w:w="1546"/>
        <w:gridCol w:w="1546"/>
        <w:gridCol w:w="1546"/>
        <w:gridCol w:w="1546"/>
        <w:gridCol w:w="1546"/>
      </w:tblGrid>
      <w:tr>
        <w:tc>
          <w:tcPr>
            <w:tcW w:type="dxa" w:w="1546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요일</w:t>
            </w:r>
          </w:p>
        </w:tc>
        <w:tc>
          <w:tcPr>
            <w:tcW w:type="dxa" w:w="1546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시간</w:t>
            </w:r>
          </w:p>
        </w:tc>
        <w:tc>
          <w:tcPr>
            <w:tcW w:type="dxa" w:w="1546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과목</w:t>
            </w:r>
          </w:p>
        </w:tc>
        <w:tc>
          <w:tcPr>
            <w:tcW w:type="dxa" w:w="1546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학습 내용</w:t>
            </w:r>
          </w:p>
        </w:tc>
        <w:tc>
          <w:tcPr>
            <w:tcW w:type="dxa" w:w="1546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예상 분량</w:t>
            </w:r>
          </w:p>
        </w:tc>
        <w:tc>
          <w:tcPr>
            <w:tcW w:type="dxa" w:w="1546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휴식</w:t>
            </w:r>
          </w:p>
        </w:tc>
        <w:tc>
          <w:tcPr>
            <w:tcW w:type="dxa" w:w="1546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완료</w:t>
            </w:r>
          </w:p>
        </w:tc>
      </w:tr>
      <w:tr>
        <w:trPr>
          <w:trHeight w:val="567"/>
        </w:trPr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월</w:t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□</w:t>
            </w:r>
          </w:p>
        </w:tc>
      </w:tr>
      <w:tr>
        <w:trPr>
          <w:trHeight w:val="567"/>
        </w:trPr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화</w:t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□</w:t>
            </w:r>
          </w:p>
        </w:tc>
      </w:tr>
      <w:tr>
        <w:trPr>
          <w:trHeight w:val="567"/>
        </w:trPr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수</w:t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□</w:t>
            </w:r>
          </w:p>
        </w:tc>
      </w:tr>
      <w:tr>
        <w:trPr>
          <w:trHeight w:val="567"/>
        </w:trPr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목</w:t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□</w:t>
            </w:r>
          </w:p>
        </w:tc>
      </w:tr>
      <w:tr>
        <w:trPr>
          <w:trHeight w:val="567"/>
        </w:trPr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금</w:t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□</w:t>
            </w:r>
          </w:p>
        </w:tc>
      </w:tr>
      <w:tr>
        <w:trPr>
          <w:trHeight w:val="567"/>
        </w:trPr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토</w:t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□</w:t>
            </w:r>
          </w:p>
        </w:tc>
      </w:tr>
      <w:tr>
        <w:trPr>
          <w:trHeight w:val="567"/>
        </w:trPr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일</w:t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□</w:t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일일 실행 기록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53"/>
        <w:gridCol w:w="1353"/>
        <w:gridCol w:w="1353"/>
        <w:gridCol w:w="1353"/>
        <w:gridCol w:w="1353"/>
        <w:gridCol w:w="1353"/>
        <w:gridCol w:w="1353"/>
        <w:gridCol w:w="1353"/>
      </w:tblGrid>
      <w:tr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날짜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시작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종료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과목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계획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실제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집중도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완료</w:t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□</w:t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□</w:t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□</w:t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□</w:t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□</w:t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□</w:t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□</w:t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□</w:t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□</w:t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□</w:t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주간 점검·다음 계획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64"/>
        <w:gridCol w:w="2164"/>
        <w:gridCol w:w="2164"/>
        <w:gridCol w:w="2164"/>
        <w:gridCol w:w="2164"/>
      </w:tblGrid>
      <w:tr>
        <w:tc>
          <w:tcPr>
            <w:tcW w:type="dxa" w:w="216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달성률</w:t>
            </w:r>
          </w:p>
        </w:tc>
        <w:tc>
          <w:tcPr>
            <w:tcW w:type="dxa" w:w="216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잘된 점</w:t>
            </w:r>
          </w:p>
        </w:tc>
        <w:tc>
          <w:tcPr>
            <w:tcW w:type="dxa" w:w="216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미완료 원인</w:t>
            </w:r>
          </w:p>
        </w:tc>
        <w:tc>
          <w:tcPr>
            <w:tcW w:type="dxa" w:w="216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보완할 내용</w:t>
            </w:r>
          </w:p>
        </w:tc>
        <w:tc>
          <w:tcPr>
            <w:tcW w:type="dxa" w:w="216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다음 주 조정</w:t>
            </w:r>
          </w:p>
        </w:tc>
      </w:tr>
      <w:tr>
        <w:trPr>
          <w:trHeight w:val="567"/>
        </w:trPr>
        <w:tc>
          <w:tcPr>
            <w:tcW w:type="dxa" w:w="216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16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16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16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16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